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32"/>
        </w:rPr>
        <w:t>DEKLARACJA ZAWODNIKA PEŁNOLETNIEGO</w:t>
      </w:r>
    </w:p>
    <w:p>
      <w:pPr>
        <w:jc w:val="both"/>
      </w:pPr>
      <w:r>
        <w:t>Proszę o przyjęcie / zgłoszenie mnie jako zawodnika Stowarzyszenia Klub Sportowy Piast Opole i umożliwienie mi udziału w działalności sportowej Klubu.</w:t>
      </w:r>
    </w:p>
    <w:p>
      <w:pPr>
        <w:spacing w:before="80" w:after="80"/>
      </w:pPr>
      <w:r>
        <w:rPr>
          <w:b/>
          <w:sz w:val="23"/>
        </w:rPr>
        <w:t>1. Dane zawodnika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520"/>
      </w:tblGrid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Imię i nazwisko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Data urodzenia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   PESEL: 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Adres zamieszkania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Telefon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   E-mail: .................................................................</w:t>
            </w:r>
          </w:p>
        </w:tc>
      </w:tr>
    </w:tbl>
    <w:p>
      <w:pPr>
        <w:spacing w:after="0"/>
      </w:pPr>
    </w:p>
    <w:p>
      <w:pPr>
        <w:spacing w:before="80" w:after="80"/>
      </w:pPr>
      <w:r>
        <w:rPr>
          <w:b/>
          <w:sz w:val="23"/>
        </w:rPr>
        <w:t>2. Oświadczenia zawodnika</w:t>
      </w:r>
    </w:p>
    <w:p>
      <w:pPr>
        <w:spacing w:after="60"/>
        <w:ind w:left="227" w:hanging="170"/>
      </w:pPr>
      <w:r>
        <w:rPr>
          <w:b/>
        </w:rPr>
        <w:t xml:space="preserve">• </w:t>
      </w:r>
      <w:r>
        <w:t>Oświadczam, że zapoznałem/am się ze statutem i regulaminami Klubu udostępnionymi mi do wglądu oraz zobowiązuję się do przestrzegania obowiązujących zasad organizacyjnych i sportowych.</w:t>
      </w:r>
    </w:p>
    <w:p>
      <w:pPr>
        <w:spacing w:after="60"/>
        <w:ind w:left="227" w:hanging="170"/>
      </w:pPr>
      <w:r>
        <w:rPr>
          <w:b/>
        </w:rPr>
        <w:t xml:space="preserve">• </w:t>
      </w:r>
      <w:r>
        <w:t>Oświadczam, że według mojej wiedzy mój stan zdrowia pozwala mi uczestniczyć w zajęciach sportowych. Zobowiązuję się niezwłocznie informować Klub o okolicznościach mogących mieć znaczenie dla bezpiecznego udziału w treningach lub zawodach.</w:t>
      </w:r>
    </w:p>
    <w:p>
      <w:pPr>
        <w:spacing w:after="60"/>
        <w:ind w:left="227" w:hanging="170"/>
      </w:pPr>
      <w:r>
        <w:rPr>
          <w:b/>
        </w:rPr>
        <w:t xml:space="preserve">• </w:t>
      </w:r>
      <w:r>
        <w:t>Przyjmuję do wiadomości, że niniejsze oświadczenie nie zastępuje badań ani orzeczeń lekarskich, jeżeli są one wymagane przez przepisy, regulamin rozgrywek lub właściwy związek sportowy.</w:t>
      </w:r>
    </w:p>
    <w:p>
      <w:pPr>
        <w:spacing w:after="60"/>
        <w:ind w:left="227" w:hanging="170"/>
      </w:pPr>
      <w:r>
        <w:rPr>
          <w:b/>
        </w:rPr>
        <w:t xml:space="preserve">• </w:t>
      </w:r>
      <w:r>
        <w:t>Potwierdzam zapoznanie się z klauzulą informacyjną dotyczącą przetwarzania danych osobowych przez Klub, jeżeli została mi udostępniona w związku z uczestnictwem w działalności Klubu.</w:t>
      </w:r>
    </w:p>
    <w:p>
      <w:pPr>
        <w:spacing w:before="80" w:after="80"/>
      </w:pPr>
      <w:r>
        <w:rPr>
          <w:b/>
          <w:sz w:val="23"/>
        </w:rPr>
        <w:t>3. Zgoda na wykorzystanie wizerunku (dobrowolna)</w:t>
      </w:r>
    </w:p>
    <w:p>
      <w:r>
        <w:rPr>
          <w:i/>
        </w:rPr>
        <w:t>Proszę zaznaczyć jedną opcję:</w:t>
      </w:r>
    </w:p>
    <w:p>
      <w:pPr>
        <w:spacing w:after="60"/>
      </w:pPr>
      <w:r>
        <w:rPr>
          <w:sz w:val="24"/>
        </w:rPr>
        <w:t xml:space="preserve">☐  </w:t>
      </w:r>
      <w:r>
        <w:t>Wyrażam zgodę na nieodpłatne utrwalanie i publikowanie mojego wizerunku zarejestrowanego podczas treningów, meczów, turniejów i innych wydarzeń klubowych – na stronie internetowej Klubu, w jego mediach społecznościowych oraz materiałach informacyjnych i promocyjnych.</w:t>
      </w:r>
    </w:p>
    <w:p>
      <w:pPr>
        <w:spacing w:after="60"/>
      </w:pPr>
      <w:r>
        <w:rPr>
          <w:sz w:val="24"/>
        </w:rPr>
        <w:t xml:space="preserve">☐  </w:t>
      </w:r>
      <w:r>
        <w:t>Nie wyrażam zgody na publikowanie mojego wizerunku w powyższym zakresie.</w:t>
      </w:r>
    </w:p>
    <w:p>
      <w:r>
        <w:rPr>
          <w:i/>
          <w:sz w:val="17"/>
        </w:rPr>
        <w:t>Zgoda na wizerunek może zostać wycofana na przyszłość. Wycofanie zgody nie wpływa na zgodność z prawem działań dokonanych przed jej wycofaniem.</w:t>
      </w:r>
    </w:p>
    <w:p>
      <w:pPr>
        <w:spacing w:before="80" w:after="80"/>
      </w:pPr>
      <w:r>
        <w:rPr>
          <w:b/>
          <w:sz w:val="23"/>
        </w:rPr>
        <w:t>4. Podpis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520"/>
      </w:tblGrid>
      <w:tr>
        <w:tc>
          <w:tcPr>
            <w:tcW w:type="dxa" w:w="2891"/>
            <w:vAlign w:val="center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Miejscowość i data</w:t>
            </w:r>
          </w:p>
        </w:tc>
        <w:tc>
          <w:tcPr>
            <w:tcW w:type="dxa" w:w="652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0"/>
      </w:tblGrid>
      <w:tr>
        <w:tc>
          <w:tcPr>
            <w:tcW w:type="dxa" w:w="10200"/>
          </w:tcPr>
          <w:p>
            <w:pPr>
              <w:spacing w:after="0"/>
              <w:jc w:val="center"/>
            </w:pPr>
            <w:r>
              <w:rPr>
                <w:sz w:val="18"/>
              </w:rPr>
              <w:br/>
              <w:t>............................................................</w:t>
              <w:br/>
              <w:t>czytelny podpis zawodnika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50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Dokument klubowy • Stowarzyszenie Klub Sportowy Piast Opole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Stowarzyszenie Klub Sportowy Piast Opole</w:t>
    </w:r>
  </w:p>
  <w:p>
    <w:pPr>
      <w:jc w:val="center"/>
      <w:pBdr>
        <w:bottom w:val="single" w:sz="6" w:space="4" w:color="777777"/>
      </w:pBdr>
    </w:pPr>
    <w:r>
      <w:rPr>
        <w:sz w:val="16"/>
      </w:rPr>
      <w:t>ul. Józefa Cygana 4, 45-131 Opole  |  NIP: 7543345043   REGON: 520187361   KRS: 0000926449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